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דיגיטלי (פוסט / הודעה)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הטקסט הדיגיטלי ואת 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האופייניים לפוסט או הודעה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פוסט קצר לפי המבנה הטיפוסי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לשתף ולקבל תגובות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כמה שורות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גוף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לסמן את נושא הפוסט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לשון דיבור יומיומית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שאלה לקוראים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בפוסט יש מעט מילות קישור ומשפטים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חלק מהמבנה הטיפוסי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כותבים בהווה ובעבר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הסמלונים חלק מהמשלב של הפוסט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נכתב 'מי מצטרף/ת... כתבו בתגובות'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תגית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סמלונים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(החלק הראשון בפוסט)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(מילת מפתח לסימון 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(תמונה קטנה שמבטאת 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(פנייה לקוראים כמו כתבו בתגובות)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(שפה יומיומית ולא רשמית)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מבנה הפוסט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 קצר שתופס את העין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תוכן קצר - כמה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סמלונים, תמונה או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תגיות ושאלה לקוראים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פתיח קצר, תוכן של כמה שורות בלבד, שימוש בסמלון, תגית אחת לפחות, שאלה המופנית לקוראים בסוף, גוף ראשון ולשון דיבור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לשתף, לעדכן וליצור קשר ולקבל תגובות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גוף ראשון, משפטים קצרים, סמלונים, לשון 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לפני ששולחים ולבדוק את המקור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דוגמאות פוסטים אמיתיים (מודפסים) ולבקש לזהות את חלקי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משלב דיבור למשלב כתוב רשמי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כתיבה בזוגות ושיתוף בקול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דיגיטלי (פוסט / הודעה)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פוסט הוא טקסט קצר באינטרנט. כותבים אותו כדי לספר משהו מהר ולקבל תגובות.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קצר שמשתפים ברשת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תגית (#)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שמראה את נושא הפוסט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קטנה שמבטאת רגש, כמו 😊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על עצמי - אני, אנחנו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פנייה ישירה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לפנות לקוראים ולבקש מהם תגובה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 דיבור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יומיומית, לא רשמית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ראשי תיבות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קיצור של כמה מילים לאות אחת או שתיים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חדש שמשתפים עם הקוראים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כותבים פוסט?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לשתף ולקבל תגובות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סיפור ארוך ומפורט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להסביר חוק מדעי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תהליך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מילים יש בפוסט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עמוד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שורות קצרות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פסקה ארוכה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מדבר בפוסט?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שני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גוף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יש # בפוסט?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לסמן את נושא הפוסט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לסיים את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לציין את התאריך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מדברים בפוסט - רשמי או יומיומי?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 גבוהה ומליצית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לשון דיבור יומיומית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לשון משפטית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לשון מדעית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כותבים בסוף כדי שיגיבו?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לקוראים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סיכום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מלאה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דיגיטלי משתמשים בהרבה מילות קישור מורכבות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פוסט כולל בדרך כלל פתיח קצר שתופס את העין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דיגיטלי כותבים בעיקר בזמן עתיד רחוק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בסמלונים במקום מילים בפוסט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בדוגמת הגינה הקהילתית יש שאלה המופנית לקוראים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בטקסט דיגיטלי כותבים לרוב בגוף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ה-__________ משמשת לסימון נושא הפוסט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הפוסט נהוג לכתוב __________ לקוראים כדי לעודד תגובות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הזמן הדקדוקי הנפוץ בפוסט הוא הווה ועבר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במקום מילים משתמשים לפעמים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 קצר שתופס את העין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פנייה לקוראים כמו כתבו בתגובות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תגית #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החלק הראשון בפוסט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סמלון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שפה יומיומית ולא רשמית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פנייה ישירה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תמונה קטנה שמבטאת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משלב דיבור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מילת מפתח לסימון 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מבנה הפוסט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תוכן קצר - כמה שורות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סמלונים, תמונה או קישור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תגיות ושאלה לקוראים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 קצר שתופס את העין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פוסט קצר על אירוע שקרה היום בכיתה או בבית הספר. השתמשו בפתיח קצר, תוכן קצר, סמלון אחד, תגית אחת ושאלה לקוראים בסוף.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טקסט דיגיטלי?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סימני לשון האופייניים לפוסט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לפני ששולחים פוסט?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 דיגיטלי (פוסט / הודעה)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