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דיגיטלי (פוסט / הודעה)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הדיגיטלי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לפוסט או 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פוסט קצר לפי המבנה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לשתף ולקבל תגובות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שורות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לסמן את נושא הפוסט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בפוסט יש מעט מילות קישור ומשפטים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מהמבנה הטיפוסי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(החלק הראשון בפוסט)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(מילת מפתח לסימון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(תמונה קטנה שמבטאת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(פנייה לקוראים כמו כתבו בתגובות)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הפוסט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קצר שתופס את העין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תוכן קצר - כמה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סמלונים, תמונה או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תגיות ושאלה לקוראים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פתיח קצר, תוכן של כמה שורות בלבד, שימוש בסמלון, תגית אחת לפחות, שאלה המופנית לקוראים בסוף, גוף ראשון ולשון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לשתף, לעדכן וליצור קשר ולקבל תגובות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גוף ראשון, משפטים קצרים, סמלונים, לשון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לפני ששולחים ולבדוק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פוסטים אמיתיים (מודפסים) ולבקש לזהות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משלב דיבור למשלב כתוב 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כתיבה בזוגות ושיתוף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דיגיטלי (פוסט / הודעה)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טקסט דיגיטלי כמו פוסט או הודעה נכתב כדי לשתף, לעדכן וליצור קשר מהיר, ולקבל תגובות מהקוראים. יש לו מבנה קבוע וסימני לשון מיוחדים.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ראשון  ·  תגית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פוסט או 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לשתף ולקבל תגובות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סיפור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להסביר חוק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אורך בדרך כלל תוכן הפוסט?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שורות קצרות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התגית (#) בפוסט?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לסמן את נושא הפוסט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לסיים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דיגיטלי משתמשים בהרבה מילות קישור מורכבות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פוסט כולל בדרך כלל פתיח קצר שתופס את העין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בטקסט דיגיטלי כותבים לרוב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ה-__________ משמשת לסימון נושא הפוסט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 קצר שתופס את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מילת מפתח לסימון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תגית #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תמונה קטנה שמבטאת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פנייה לקוראים כמו כתבו בתגובות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פנייה ישירה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החלק הראשון בפוסט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מבנה הפוסט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תוכן קצר - כמה שורות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תגיות ושאלה לקוראים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 קצר שתופס את העין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סמלונים, תמונה או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פוסט קצר על אירוע שקרה היום בכיתה או בבית הספר. השתמשו בפתיח קצר, תוכן קצר, סמלון אחד, תגית אחת ושאלה לקוראים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טקסט דיגיטלי?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סימני לשון האופייניים לפוסט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דיגיטלי (פוסט / הודעה)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